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8966" w14:textId="77777777" w:rsidR="003124B7" w:rsidRPr="00BB2579" w:rsidRDefault="00BB2579" w:rsidP="00F83DE0">
      <w:pPr>
        <w:pStyle w:val="Heading1"/>
        <w:jc w:val="center"/>
        <w:rPr>
          <w:sz w:val="32"/>
          <w:szCs w:val="32"/>
        </w:rPr>
      </w:pPr>
      <w:r w:rsidRPr="00BB2579">
        <w:rPr>
          <w:sz w:val="32"/>
          <w:szCs w:val="32"/>
        </w:rPr>
        <w:t>Research Publication Details</w:t>
      </w:r>
    </w:p>
    <w:p w14:paraId="6DD80317" w14:textId="77777777" w:rsidR="003124B7" w:rsidRPr="00BB2579" w:rsidRDefault="00BB2579" w:rsidP="00F83DE0">
      <w:pPr>
        <w:jc w:val="center"/>
        <w:rPr>
          <w:sz w:val="24"/>
          <w:szCs w:val="24"/>
        </w:rPr>
      </w:pPr>
      <w:r w:rsidRPr="00BB2579">
        <w:rPr>
          <w:b/>
          <w:sz w:val="24"/>
          <w:szCs w:val="24"/>
        </w:rPr>
        <w:t>Department of Computer Applications</w:t>
      </w:r>
    </w:p>
    <w:p w14:paraId="12FB7F12" w14:textId="77777777" w:rsidR="003124B7" w:rsidRDefault="00BB2579">
      <w:pPr>
        <w:pStyle w:val="Heading2"/>
      </w:pPr>
      <w:r>
        <w:t>Journal Publications</w:t>
      </w:r>
    </w:p>
    <w:p w14:paraId="554696CD" w14:textId="77777777" w:rsidR="003124B7" w:rsidRDefault="00BB2579" w:rsidP="00F83DE0">
      <w:pPr>
        <w:pStyle w:val="ListNumber"/>
        <w:jc w:val="both"/>
      </w:pPr>
      <w:r>
        <w:t>Das AK, Baruah M. Iterative ROGUE-enhanced text summarization via connected dominating set. International Journal for Research in Applied Science and Engineering Technology. 2026;14(1):1253-1261. doi:10.22214/IJRASET.2026.77077.</w:t>
      </w:r>
    </w:p>
    <w:p w14:paraId="10141855" w14:textId="77777777" w:rsidR="003124B7" w:rsidRDefault="00BB2579" w:rsidP="00F83DE0">
      <w:pPr>
        <w:pStyle w:val="ListNumber"/>
        <w:jc w:val="both"/>
      </w:pPr>
      <w:r>
        <w:t>Barman J, Zaman N, Das N. A prototype deep learning-based system for Indian Sign Language alphabet gesture recognition. International Journal for Research in Applied Science and Engineering Technology. 2026;14(5):6539-6545. doi:10.22214/IJRASET.2026.83301.</w:t>
      </w:r>
    </w:p>
    <w:p w14:paraId="6DF630E5" w14:textId="77777777" w:rsidR="003124B7" w:rsidRDefault="00BB2579" w:rsidP="00F83DE0">
      <w:pPr>
        <w:pStyle w:val="ListNumber"/>
        <w:jc w:val="both"/>
      </w:pPr>
      <w:r>
        <w:t>Singha MR, Das AK, Das P. Using graph theoretical concept in elephant intrusion detection system. International Journal of Computer Applications Technology and Research. 2026;15(3):104-108. doi:10.7753/IJCATR1503.1015.</w:t>
      </w:r>
    </w:p>
    <w:p w14:paraId="18BEADFD" w14:textId="77777777" w:rsidR="003124B7" w:rsidRDefault="00BB2579" w:rsidP="00F83DE0">
      <w:pPr>
        <w:pStyle w:val="ListNumber"/>
        <w:jc w:val="both"/>
      </w:pPr>
      <w:r>
        <w:t>Singha MR, Das P. Hybrid adaptive pressure-based dynamic traffic signal control at urban road junctions. Indian Journal of Computer Science and Technology. 2026;5(1):539-546. doi:10.59256/indjcst.20260501061.</w:t>
      </w:r>
    </w:p>
    <w:p w14:paraId="662592DB" w14:textId="77777777" w:rsidR="003124B7" w:rsidRDefault="00BB2579" w:rsidP="00F83DE0">
      <w:pPr>
        <w:pStyle w:val="ListNumber"/>
        <w:jc w:val="both"/>
      </w:pPr>
      <w:r>
        <w:t>Ain A, Gogoi M, Chutia D. A new spectral index for vegetation extraction using satellite data. Journal of Applied and Natural Science. 2025;17(1):205-217. doi:10.31018/jans.v17i1.6186.</w:t>
      </w:r>
    </w:p>
    <w:p w14:paraId="4A7FD47E" w14:textId="77777777" w:rsidR="003124B7" w:rsidRDefault="00BB2579" w:rsidP="00F83DE0">
      <w:pPr>
        <w:pStyle w:val="ListNumber"/>
        <w:jc w:val="both"/>
      </w:pPr>
      <w:r>
        <w:t>Ain A, Gogoi M, Chutia D. Multispectral satellite data classification using rank correlation similarity index and automatic labeling technique. SN Computer Science. 2024;5:1073. doi:10.1007/s42979-024-03380-5.</w:t>
      </w:r>
    </w:p>
    <w:p w14:paraId="2507C60F" w14:textId="77777777" w:rsidR="003124B7" w:rsidRDefault="00BB2579" w:rsidP="00F83DE0">
      <w:pPr>
        <w:pStyle w:val="ListNumber"/>
        <w:jc w:val="both"/>
      </w:pPr>
      <w:r>
        <w:t>Barman J, Das N. CNN-based machine learning model to identify the different variety of Hibiscus rosa-sinensis species using plant leaf. International Journal for Research in Applied Science and Engineering Technology. 2022;10(6):4551-4555. doi:10.22214/IJRASET.2022.44997.</w:t>
      </w:r>
    </w:p>
    <w:p w14:paraId="3645F096" w14:textId="77777777" w:rsidR="003124B7" w:rsidRDefault="00BB2579" w:rsidP="00F83DE0">
      <w:pPr>
        <w:pStyle w:val="ListNumber"/>
        <w:jc w:val="both"/>
      </w:pPr>
      <w:r>
        <w:t>Ain A, Gogoi M, Chutia D. CNN-enhanced multi-indices patch-based classification: A case study of Guwahati City. International Journal for Research in Applied Science and Engineering Technology. 2021;9(12):1824-1840. doi:10.22214/IJRASET.2021.39593.</w:t>
      </w:r>
    </w:p>
    <w:p w14:paraId="342B7ABE" w14:textId="77777777" w:rsidR="003124B7" w:rsidRDefault="00BB2579" w:rsidP="00F83DE0">
      <w:pPr>
        <w:pStyle w:val="ListNumber"/>
        <w:jc w:val="both"/>
      </w:pPr>
      <w:r>
        <w:t>Das AK, Kalita B. Dominating set based clustering algorithm for mobile ad hoc network. International Journal of Recent Technology and Engineering. 2019;8(4). Available from: https://www.ijrte.org/wp-content/uploads/papers/v8i4/D7930118419.pdf</w:t>
      </w:r>
    </w:p>
    <w:p w14:paraId="0310931C" w14:textId="77777777" w:rsidR="003124B7" w:rsidRDefault="00BB2579" w:rsidP="00F83DE0">
      <w:pPr>
        <w:pStyle w:val="ListNumber"/>
        <w:jc w:val="both"/>
      </w:pPr>
      <w:r>
        <w:t>Kalita B, Das AK, Islam AU. Power efficient routing in mobile ad hoc network (MANET) using connected dominating set. International Journal of Computer Sciences and Engineering. 2018;6(10). doi:10.26438/ijcse/v6i10.641649.</w:t>
      </w:r>
    </w:p>
    <w:p w14:paraId="2DE8429C" w14:textId="77777777" w:rsidR="003124B7" w:rsidRDefault="00BB2579" w:rsidP="00F83DE0">
      <w:pPr>
        <w:pStyle w:val="ListNumber"/>
        <w:jc w:val="both"/>
      </w:pPr>
      <w:r>
        <w:t>Das AK, Kalita B. A new approach to find minimal dominating set of an interval graph. International Journal of Computer Science and Information Technologies. 2018;9(2):27-30.</w:t>
      </w:r>
    </w:p>
    <w:p w14:paraId="42501F4F" w14:textId="77777777" w:rsidR="003124B7" w:rsidRDefault="00BB2579" w:rsidP="00F83DE0">
      <w:pPr>
        <w:pStyle w:val="ListNumber"/>
        <w:jc w:val="both"/>
      </w:pPr>
      <w:r>
        <w:lastRenderedPageBreak/>
        <w:t>Ain A, Barman J, Borah R, Rekib I. A low-cost Android-based monitoring and tracking system using GPS. International Journal for Research in Applied Science and Engineering Technology. 2018;6(3):1930-1933. doi:10.22214/IJRASET.2018.3299.</w:t>
      </w:r>
    </w:p>
    <w:p w14:paraId="16CDF2DE" w14:textId="77777777" w:rsidR="003124B7" w:rsidRDefault="00BB2579" w:rsidP="00F83DE0">
      <w:pPr>
        <w:pStyle w:val="ListNumber"/>
        <w:jc w:val="both"/>
      </w:pPr>
      <w:r>
        <w:t>Paul R. Structural and statistical content validation of complex images using texture structure modeling and fuzzy neural network. International Journal of Creative Research Thoughts. 2018;6(2):1-20.</w:t>
      </w:r>
    </w:p>
    <w:p w14:paraId="75EAE7F7" w14:textId="77777777" w:rsidR="003124B7" w:rsidRDefault="00BB2579" w:rsidP="00F83DE0">
      <w:pPr>
        <w:pStyle w:val="ListNumber"/>
        <w:jc w:val="both"/>
      </w:pPr>
      <w:r>
        <w:t>Ain A, Bhuyan MH, Bhattacharyya DK, Kalita JK. Rank correlation for low-rate DDoS attack detection: An empirical evaluation. International Journal of Network Security. 2016;18(3):474-480.</w:t>
      </w:r>
    </w:p>
    <w:p w14:paraId="4FD1ED35" w14:textId="77777777" w:rsidR="003124B7" w:rsidRDefault="00BB2579" w:rsidP="00F83DE0">
      <w:pPr>
        <w:pStyle w:val="ListNumber"/>
        <w:jc w:val="both"/>
      </w:pPr>
      <w:r>
        <w:t>Das AK. Mining rare item sets using both top-down and bottom-up approach. International Journal of Computer Science and Information Technologies. 2016;7(3):1607-1614.</w:t>
      </w:r>
    </w:p>
    <w:p w14:paraId="4385FB78" w14:textId="77777777" w:rsidR="003124B7" w:rsidRDefault="00BB2579" w:rsidP="00F83DE0">
      <w:pPr>
        <w:pStyle w:val="ListNumber"/>
        <w:jc w:val="both"/>
      </w:pPr>
      <w:r>
        <w:t>Paul R, Kalita S. Fake currency verification using blue pixel region analysis and image difference. International Journal of Engineering and Computer Science. 2015;4(12).</w:t>
      </w:r>
    </w:p>
    <w:p w14:paraId="060D160B" w14:textId="77777777" w:rsidR="003124B7" w:rsidRDefault="00BB2579" w:rsidP="00F83DE0">
      <w:pPr>
        <w:pStyle w:val="ListNumber"/>
        <w:jc w:val="both"/>
      </w:pPr>
      <w:r>
        <w:t>Das AK. Mining rare association rule. International Journal of Computer Science and Information Technologies. 2015;6(6):5552-5557.</w:t>
      </w:r>
    </w:p>
    <w:p w14:paraId="3F13699B" w14:textId="77777777" w:rsidR="003124B7" w:rsidRDefault="00BB2579" w:rsidP="00F83DE0">
      <w:pPr>
        <w:pStyle w:val="ListNumber"/>
        <w:jc w:val="both"/>
      </w:pPr>
      <w:r>
        <w:t>Singha MR, Kalita B. Uninterrupted traffic flow at junctions with special reference to Guwahati City. International Journal of Innovative Technology and Exploring Engineering. 2014;3(9).</w:t>
      </w:r>
    </w:p>
    <w:p w14:paraId="66C72F54" w14:textId="77777777" w:rsidR="003124B7" w:rsidRDefault="00BB2579" w:rsidP="00F83DE0">
      <w:pPr>
        <w:pStyle w:val="ListNumber"/>
        <w:jc w:val="both"/>
      </w:pPr>
      <w:r>
        <w:t>Singha MR, Kalita B. Estimation of city bus travellers using GSM network. International Journal of Innovative Technology and Exploring Engineering. 2013;2(5).</w:t>
      </w:r>
    </w:p>
    <w:p w14:paraId="026FA96C" w14:textId="77777777" w:rsidR="003124B7" w:rsidRDefault="00BB2579" w:rsidP="00F83DE0">
      <w:pPr>
        <w:pStyle w:val="ListNumber"/>
        <w:jc w:val="both"/>
      </w:pPr>
      <w:r>
        <w:t>Singha MR, Kalita B. Using mobile phone network for urban traffic management. International Journal of Computer Applications. 2013;65(2):12-17. doi:10.5120/10895-5798.</w:t>
      </w:r>
    </w:p>
    <w:p w14:paraId="10C34A09" w14:textId="69F7C970" w:rsidR="003124B7" w:rsidRDefault="00BB2579" w:rsidP="00F83DE0">
      <w:pPr>
        <w:pStyle w:val="Heading2"/>
        <w:jc w:val="both"/>
      </w:pPr>
      <w:r>
        <w:t>Conference Publications</w:t>
      </w:r>
    </w:p>
    <w:p w14:paraId="61F7B516" w14:textId="2E575A15" w:rsidR="009321AA" w:rsidRPr="009321AA" w:rsidRDefault="009321AA" w:rsidP="009D24A5">
      <w:pPr>
        <w:pStyle w:val="ListNumber"/>
        <w:numPr>
          <w:ilvl w:val="0"/>
          <w:numId w:val="12"/>
        </w:numPr>
        <w:jc w:val="both"/>
      </w:pPr>
      <w:r w:rsidRPr="009321AA">
        <w:t>Paul R, Kumar S. A Machine Learning Approach to Biodiversity Time Series Analysis. In A Machine Learning Approach to Biodiversity Time Series Analysis (January 16, 2020). Proceedings of the 2nd International Conference on Information Systems &amp; Management Science (ISMS) 2019. https://dx.doi.org/10.2139/ssrn.3520735.</w:t>
      </w:r>
    </w:p>
    <w:p w14:paraId="2EFBFEC9" w14:textId="77777777" w:rsidR="003124B7" w:rsidRDefault="00BB2579" w:rsidP="00F83DE0">
      <w:pPr>
        <w:pStyle w:val="ListNumber"/>
        <w:jc w:val="both"/>
      </w:pPr>
      <w:r>
        <w:t>Das AK. Construction of minimal connected dominating set for routing in mobile ad hoc network. In: Proceedings of the National Conference on Recent Advances in Science and Technology (NCRAST 2018); 2018. Assam Science and Technology University, Assam.</w:t>
      </w:r>
    </w:p>
    <w:p w14:paraId="146A2264" w14:textId="77777777" w:rsidR="003124B7" w:rsidRDefault="00BB2579" w:rsidP="00F83DE0">
      <w:pPr>
        <w:pStyle w:val="ListNumber"/>
        <w:jc w:val="both"/>
      </w:pPr>
      <w:r>
        <w:t>Singha MR. Utilizing mobile phone user information for urban traffic planning: A study of Guwahati City. In: Proceedings of the Two-Day Seminar on Recent Trends and Future Prospects of Computer Science and Electronics; 2015 Dec 21-22; University of Science and Technology Meghalaya (USTM).</w:t>
      </w:r>
    </w:p>
    <w:p w14:paraId="46B600BD" w14:textId="16BBDD8A" w:rsidR="003124B7" w:rsidRDefault="00BB2579" w:rsidP="00F83DE0">
      <w:pPr>
        <w:pStyle w:val="ListNumber"/>
        <w:jc w:val="both"/>
      </w:pPr>
      <w:r>
        <w:t>Singha MR, Kalita B. Mapping mobile phone network onto urban traffic network. In: Proceedings of the International MultiConference of Engineers and Computer Scientists (IMECS 2013). Vol. I. Hong Kong; 2013 Mar 13-15. p.245-250.</w:t>
      </w:r>
    </w:p>
    <w:p w14:paraId="4F472528" w14:textId="77777777" w:rsidR="003124B7" w:rsidRDefault="00BB2579" w:rsidP="00F83DE0">
      <w:pPr>
        <w:pStyle w:val="Heading2"/>
        <w:jc w:val="both"/>
      </w:pPr>
      <w:r>
        <w:t>Books</w:t>
      </w:r>
    </w:p>
    <w:p w14:paraId="776948D8" w14:textId="77777777" w:rsidR="003124B7" w:rsidRDefault="00BB2579" w:rsidP="009D24A5">
      <w:pPr>
        <w:pStyle w:val="ListNumber"/>
        <w:numPr>
          <w:ilvl w:val="0"/>
          <w:numId w:val="13"/>
        </w:numPr>
        <w:jc w:val="both"/>
      </w:pPr>
      <w:r>
        <w:t>Paul R, Manekar A, Chourasia A, Aghav S. Fundamentals of Computer Science. AG Publishing House; 2023.</w:t>
      </w:r>
    </w:p>
    <w:p w14:paraId="1D1C7417" w14:textId="77777777" w:rsidR="003124B7" w:rsidRDefault="00BB2579" w:rsidP="00F83DE0">
      <w:pPr>
        <w:pStyle w:val="ListNumber"/>
        <w:jc w:val="both"/>
      </w:pPr>
      <w:r>
        <w:lastRenderedPageBreak/>
        <w:t>Paul R, Janani S, Samreen S, Ansari F. Fundamentals of Data Science and Artificial Intelligence. Scientific International Publishing House; 2022.</w:t>
      </w:r>
    </w:p>
    <w:sectPr w:rsidR="003124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091E79"/>
    <w:multiLevelType w:val="hybridMultilevel"/>
    <w:tmpl w:val="3584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24B7"/>
    <w:rsid w:val="00326F90"/>
    <w:rsid w:val="009321AA"/>
    <w:rsid w:val="009D24A5"/>
    <w:rsid w:val="00AA1D8D"/>
    <w:rsid w:val="00B47730"/>
    <w:rsid w:val="00BB2579"/>
    <w:rsid w:val="00CB0664"/>
    <w:rsid w:val="00F83D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C790E8"/>
  <w14:defaultImageDpi w14:val="300"/>
  <w15:docId w15:val="{030E993F-F1BB-475E-89C2-27330EE7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7</cp:revision>
  <dcterms:created xsi:type="dcterms:W3CDTF">2013-12-23T23:15:00Z</dcterms:created>
  <dcterms:modified xsi:type="dcterms:W3CDTF">2026-07-27T08:36:00Z</dcterms:modified>
  <cp:category/>
</cp:coreProperties>
</file>